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02</w:t>
      </w:r>
    </w:p>
    <w:p>
      <w:pPr>
        <w:pStyle w:val="Title"/>
      </w:pPr>
      <w:r>
        <w:t>Исследование полупроводникового выпрямительного диода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Вольт-амперная характеристика, прямое и обратное смещение, ток утечки.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Исследовать вольт-амперную характеристику полупроводникового диода в прямом и обратном включении.</w:t>
      </w:r>
    </w:p>
    <w:p>
      <w:pPr>
        <w:pStyle w:val="Heading1"/>
      </w:pPr>
      <w:r>
        <w:t>2. Оборудование</w:t>
      </w:r>
    </w:p>
    <w:p>
      <w:r>
        <w:t>Регулируемый источник постоянного напряжения, исследуемый диод, токоограничивающий резистор, мультиметр или виртуальные измерители.</w:t>
      </w:r>
    </w:p>
    <w:p>
      <w:pPr>
        <w:pStyle w:val="Heading1"/>
      </w:pPr>
      <w:r>
        <w:t>3. Краткие теоретические сведения</w:t>
      </w:r>
    </w:p>
    <w:p>
      <w:r>
        <w:t>Диод проводит ток преимущественно в прямом направлении. При прямом смещении анод имеет более высокий потенциал, чем катод. Для кремниевого диода заметный ток обычно появляется при прямом напряжении порядка 0,6–0,8 В. В обратном направлении течёт небольшой ток утечки; пробой в этой учебной модели не используется.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 = max(0, (Uист − Uпорог) / R) для упрощённой линейной модели прямого участка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Pдиода ≈ Uдиода · Iдиода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Rогр ≥ (Uист − Uдиода) / Iдоп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Выберите материал и тип диода.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Установите напряжение источника и сопротивление ограничительного резистора.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Измените полярность подключения и сравните ток в прямом и обратном направлениях.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Снимите несколько точек ВАХ и постройте график I(U).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Сравните поведение модели с теоретическими ожиданиями.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Uист = 5 В, Uпорог = 0,7 В, R = 330 Ом.</w:t>
      </w:r>
    </w:p>
    <w:p>
      <w:pPr>
        <w:ind w:left="173"/>
      </w:pPr>
      <w:r>
        <w:rPr>
          <w:rFonts w:ascii="Aptos" w:hAnsi="Aptos"/>
          <w:color w:val="00BFA6"/>
        </w:rPr>
        <w:t>I ≈ (5 − 0,7)/330 = 0,0130 А = 13,0 мА; Pдиода ≈ 0,7·0,0130 = 9,1 мВт.</w:t>
      </w:r>
    </w:p>
    <w:p>
      <w:r>
        <w:rPr>
          <w:color w:val="647589"/>
          <w:sz w:val="17"/>
        </w:rPr>
        <w:t>Учебный расчёт, не измерение.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Uист = 5 В, Uпорог = 0,7 В, R = 330 Ом.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I ≈ (5 − 0,7)/330 = 0,0130 А = 13,0 мА; Pдиода ≈ 0,7·0,0130 = 9,1 мВт.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В прямом направлении ток быстро возрастает после области колена ВАХ, а при обратном смещении остаётся малым. Ограничительный резистор необходим для безопасного ограничения тока.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Исследование полупроводникового выпрямительного диода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