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08</w:t>
      </w:r>
    </w:p>
    <w:p>
      <w:pPr>
        <w:pStyle w:val="Title"/>
      </w:pPr>
      <w:r>
        <w:t>Каскад с истоковым повторителем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Буферный каскад без инверсии фазы с усилением напряжения около единицы.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истоковый повторитель как буферный каскад с коэффициентом усиления напряжения, близким к единице.</w:t>
      </w:r>
    </w:p>
    <w:p>
      <w:pPr>
        <w:pStyle w:val="Heading1"/>
      </w:pPr>
      <w:r>
        <w:t>2. Оборудование</w:t>
      </w:r>
    </w:p>
    <w:p>
      <w:r>
        <w:t>N-канальный MOSFET, источник питания, резистор истока, нагрузка, генератор сигнала, осциллограф.</w:t>
      </w:r>
    </w:p>
    <w:p>
      <w:pPr>
        <w:pStyle w:val="Heading1"/>
      </w:pPr>
      <w:r>
        <w:t>3. Краткие теоретические сведения</w:t>
      </w:r>
    </w:p>
    <w:p>
      <w:r>
        <w:t>Истоковый повторитель снимает выходной сигнал с истока. Напряжение истока следует за напряжением затвора с некоторым смещением, а коэффициент усиления напряжения обычно меньше единицы, но близок к ней. Каскад удобен для согласования сопротивлений.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≈ gₘ·RЭ/(1 + gₘ·RЭ) (упрощённо)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≈ Uвх − UGS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Iист ≈ Uист / RЭ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питание, напряжение затвора и сопротивление истока.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амплитуду входного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Сравните входную и выходную осциллограммы.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нагрузку и наблюдайте влияние на усиление.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Оцените буферные свойства каскада.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gm = 10 мС, Rист = 680 Ом, Rн = 2,2 кОм.</w:t>
      </w:r>
    </w:p>
    <w:p>
      <w:pPr>
        <w:ind w:left="173"/>
      </w:pPr>
      <w:r>
        <w:rPr>
          <w:rFonts w:ascii="Aptos" w:hAnsi="Aptos"/>
          <w:color w:val="00BFA6"/>
        </w:rPr>
        <w:t>Rэкв ≈ 680||2200 ≈ 519 Ом; Ku ≈ gm·Rэкв/(1+gm·Rэкв) ≈ 0,84.</w:t>
      </w:r>
    </w:p>
    <w:p>
      <w:r>
        <w:rPr>
          <w:color w:val="647589"/>
          <w:sz w:val="17"/>
        </w:rPr>
        <w:t>Упрощённая малосигнальная оценка, без полного расчёта смещения.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gm = 10 мС, Rист = 680 Ом, Rн = 2,2 кОм.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Rэкв ≈ 680||2200 ≈ 519 Ом; Ku ≈ gm·Rэкв/(1+gm·Rэкв) ≈ 0,84.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Истоковый повторитель не инвертирует сигнал и обеспечивает коэффициент усиления по напряжению немного меньше единицы. Его полезные свойства — высокое входное и относительно низкое выходное сопротивление.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Каскад с истоковым повторителем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